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29CB4D" w14:textId="77777777" w:rsidR="00D66821" w:rsidRDefault="00000000">
      <w:pPr>
        <w:jc w:val="center"/>
      </w:pPr>
      <w:r>
        <w:rPr>
          <w:b/>
          <w:sz w:val="30"/>
        </w:rPr>
        <w:t>LAKEVIEW CONDOMINIUM ASSOCIATION</w:t>
      </w:r>
    </w:p>
    <w:p w14:paraId="0769110F" w14:textId="77777777" w:rsidR="00D66821" w:rsidRDefault="00000000" w:rsidP="002128D5">
      <w:pPr>
        <w:spacing w:after="60"/>
        <w:jc w:val="center"/>
      </w:pPr>
      <w:r>
        <w:t>at Twin Lakes Village</w:t>
      </w:r>
    </w:p>
    <w:p w14:paraId="64C015E2" w14:textId="77777777" w:rsidR="00D66821" w:rsidRDefault="00000000" w:rsidP="002128D5">
      <w:pPr>
        <w:spacing w:after="60"/>
        <w:jc w:val="center"/>
      </w:pPr>
      <w:r>
        <w:t>Rathdrum, Idaho 83858</w:t>
      </w:r>
    </w:p>
    <w:p w14:paraId="38146A1A" w14:textId="6337986E" w:rsidR="00D66821" w:rsidRPr="00A122C3" w:rsidRDefault="00000000" w:rsidP="002128D5">
      <w:pPr>
        <w:jc w:val="center"/>
        <w:rPr>
          <w:b/>
          <w:bCs/>
        </w:rPr>
      </w:pPr>
      <w:r w:rsidRPr="00A122C3">
        <w:rPr>
          <w:b/>
          <w:bCs/>
        </w:rPr>
        <w:t>Application for Project approval at</w:t>
      </w:r>
    </w:p>
    <w:p w14:paraId="6E4B1724" w14:textId="76A91A6F" w:rsidR="002128D5" w:rsidRDefault="002128D5">
      <w:pPr>
        <w:rPr>
          <w:b/>
        </w:rPr>
      </w:pPr>
      <w:r>
        <w:rPr>
          <w:b/>
        </w:rPr>
        <w:t>Address:</w:t>
      </w:r>
      <w:r w:rsidR="001954E7">
        <w:rPr>
          <w:b/>
        </w:rPr>
        <w:t xml:space="preserve">    </w:t>
      </w:r>
      <w:r w:rsidR="00A41E2D" w:rsidRPr="00A32684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41E2D" w:rsidRPr="00A32684">
        <w:rPr>
          <w:bCs/>
        </w:rPr>
        <w:instrText xml:space="preserve"> FORMTEXT </w:instrText>
      </w:r>
      <w:r w:rsidR="00A41E2D" w:rsidRPr="00A32684">
        <w:rPr>
          <w:bCs/>
        </w:rPr>
      </w:r>
      <w:r w:rsidR="00A41E2D" w:rsidRPr="00A32684">
        <w:rPr>
          <w:bCs/>
        </w:rPr>
        <w:fldChar w:fldCharType="separate"/>
      </w:r>
      <w:r w:rsidR="00A41E2D" w:rsidRPr="00A32684">
        <w:rPr>
          <w:bCs/>
          <w:noProof/>
        </w:rPr>
        <w:t> </w:t>
      </w:r>
      <w:r w:rsidR="00A41E2D" w:rsidRPr="00A32684">
        <w:rPr>
          <w:bCs/>
          <w:noProof/>
        </w:rPr>
        <w:t> </w:t>
      </w:r>
      <w:r w:rsidR="00A41E2D" w:rsidRPr="00A32684">
        <w:rPr>
          <w:bCs/>
          <w:noProof/>
        </w:rPr>
        <w:t> </w:t>
      </w:r>
      <w:r w:rsidR="00A41E2D" w:rsidRPr="00A32684">
        <w:rPr>
          <w:bCs/>
          <w:noProof/>
        </w:rPr>
        <w:t> </w:t>
      </w:r>
      <w:r w:rsidR="00A41E2D" w:rsidRPr="00A32684">
        <w:rPr>
          <w:bCs/>
          <w:noProof/>
        </w:rPr>
        <w:t> </w:t>
      </w:r>
      <w:r w:rsidR="00A41E2D" w:rsidRPr="00A32684">
        <w:rPr>
          <w:bCs/>
        </w:rPr>
        <w:fldChar w:fldCharType="end"/>
      </w:r>
      <w:bookmarkEnd w:id="0"/>
    </w:p>
    <w:p w14:paraId="58E3334F" w14:textId="07638CBF" w:rsidR="002128D5" w:rsidRDefault="00A41E2D">
      <w:pPr>
        <w:rPr>
          <w:b/>
        </w:rPr>
      </w:pPr>
      <w:r>
        <w:rPr>
          <w:b/>
        </w:rPr>
        <w:t>Owner Name:</w:t>
      </w:r>
      <w:r w:rsidR="001954E7">
        <w:rPr>
          <w:b/>
        </w:rPr>
        <w:t xml:space="preserve">     </w:t>
      </w:r>
      <w:r w:rsidRPr="00A41E2D">
        <w:rPr>
          <w:b/>
        </w:rPr>
        <w:t xml:space="preserve"> </w:t>
      </w:r>
      <w:r w:rsidRPr="00A32684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2684">
        <w:rPr>
          <w:bCs/>
        </w:rPr>
        <w:instrText xml:space="preserve"> FORMTEXT </w:instrText>
      </w:r>
      <w:r w:rsidRPr="00A32684">
        <w:rPr>
          <w:bCs/>
        </w:rPr>
      </w:r>
      <w:r w:rsidRPr="00A32684">
        <w:rPr>
          <w:bCs/>
        </w:rPr>
        <w:fldChar w:fldCharType="separate"/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</w:rPr>
        <w:fldChar w:fldCharType="end"/>
      </w:r>
    </w:p>
    <w:p w14:paraId="31ADD605" w14:textId="57BC8C59" w:rsidR="002128D5" w:rsidRDefault="00A41E2D">
      <w:pPr>
        <w:rPr>
          <w:b/>
        </w:rPr>
      </w:pPr>
      <w:r>
        <w:rPr>
          <w:b/>
        </w:rPr>
        <w:t>Phone:</w:t>
      </w:r>
      <w:r w:rsidRPr="00A41E2D">
        <w:rPr>
          <w:b/>
        </w:rPr>
        <w:t xml:space="preserve"> </w:t>
      </w:r>
      <w:r w:rsidR="001954E7">
        <w:rPr>
          <w:b/>
        </w:rPr>
        <w:t xml:space="preserve">    </w:t>
      </w:r>
      <w:r w:rsidRPr="00A32684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2684">
        <w:rPr>
          <w:bCs/>
        </w:rPr>
        <w:instrText xml:space="preserve"> FORMTEXT </w:instrText>
      </w:r>
      <w:r w:rsidRPr="00A32684">
        <w:rPr>
          <w:bCs/>
        </w:rPr>
      </w:r>
      <w:r w:rsidRPr="00A32684">
        <w:rPr>
          <w:bCs/>
        </w:rPr>
        <w:fldChar w:fldCharType="separate"/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</w:rPr>
        <w:fldChar w:fldCharType="end"/>
      </w:r>
    </w:p>
    <w:p w14:paraId="4649310E" w14:textId="66E2AF01" w:rsidR="00A41E2D" w:rsidRDefault="00A41E2D">
      <w:pPr>
        <w:rPr>
          <w:b/>
        </w:rPr>
      </w:pPr>
      <w:r>
        <w:rPr>
          <w:b/>
        </w:rPr>
        <w:t>Email:</w:t>
      </w:r>
      <w:r w:rsidRPr="00A41E2D">
        <w:rPr>
          <w:b/>
        </w:rPr>
        <w:t xml:space="preserve"> </w:t>
      </w:r>
      <w:r w:rsidR="001954E7">
        <w:rPr>
          <w:b/>
        </w:rPr>
        <w:t xml:space="preserve">     </w:t>
      </w:r>
      <w:r w:rsidRPr="00A32684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2684">
        <w:rPr>
          <w:bCs/>
        </w:rPr>
        <w:instrText xml:space="preserve"> FORMTEXT </w:instrText>
      </w:r>
      <w:r w:rsidRPr="00A32684">
        <w:rPr>
          <w:bCs/>
        </w:rPr>
      </w:r>
      <w:r w:rsidRPr="00A32684">
        <w:rPr>
          <w:bCs/>
        </w:rPr>
        <w:fldChar w:fldCharType="separate"/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</w:rPr>
        <w:fldChar w:fldCharType="end"/>
      </w:r>
    </w:p>
    <w:p w14:paraId="468C7B6A" w14:textId="0D126402" w:rsidR="00A41E2D" w:rsidRDefault="00A41E2D">
      <w:pPr>
        <w:rPr>
          <w:b/>
        </w:rPr>
      </w:pPr>
      <w:r>
        <w:rPr>
          <w:b/>
        </w:rPr>
        <w:t>Project Description</w:t>
      </w:r>
      <w:r w:rsidR="00A21799">
        <w:rPr>
          <w:b/>
        </w:rPr>
        <w:t>:</w:t>
      </w:r>
      <w:r w:rsidR="0018085F">
        <w:rPr>
          <w:b/>
        </w:rPr>
        <w:t xml:space="preserve">     </w:t>
      </w:r>
      <w:r w:rsidRPr="00A32684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2684">
        <w:rPr>
          <w:bCs/>
        </w:rPr>
        <w:instrText xml:space="preserve"> FORMTEXT </w:instrText>
      </w:r>
      <w:r w:rsidRPr="00A32684">
        <w:rPr>
          <w:bCs/>
        </w:rPr>
      </w:r>
      <w:r w:rsidRPr="00A32684">
        <w:rPr>
          <w:bCs/>
        </w:rPr>
        <w:fldChar w:fldCharType="separate"/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</w:rPr>
        <w:fldChar w:fldCharType="end"/>
      </w:r>
    </w:p>
    <w:p w14:paraId="52A742D1" w14:textId="77777777" w:rsidR="00A122C3" w:rsidRDefault="00A122C3">
      <w:pPr>
        <w:rPr>
          <w:b/>
        </w:rPr>
      </w:pPr>
    </w:p>
    <w:p w14:paraId="5D566257" w14:textId="3D6F80A5" w:rsidR="00D66821" w:rsidRDefault="00A41E2D">
      <w:r>
        <w:rPr>
          <w:bCs/>
        </w:rPr>
        <w:t>H</w:t>
      </w:r>
      <w:r>
        <w:t>ave you had an engineer study done?      Yes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No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2"/>
    </w:p>
    <w:p w14:paraId="560799FE" w14:textId="4EB2D1D8" w:rsidR="00D66821" w:rsidRDefault="00000000">
      <w:pPr>
        <w:spacing w:after="60"/>
      </w:pPr>
      <w:r w:rsidRPr="00A41E2D">
        <w:rPr>
          <w:b/>
          <w:bCs/>
        </w:rPr>
        <w:t>Exterior project</w:t>
      </w:r>
      <w:r w:rsidR="00A41E2D" w:rsidRPr="00A41E2D">
        <w:rPr>
          <w:b/>
          <w:bCs/>
        </w:rPr>
        <w:t>s</w:t>
      </w:r>
    </w:p>
    <w:p w14:paraId="6E86397F" w14:textId="5526E271" w:rsidR="00A41E2D" w:rsidRDefault="00A41E2D">
      <w:pPr>
        <w:rPr>
          <w:b/>
        </w:rPr>
      </w:pPr>
      <w:r>
        <w:rPr>
          <w:b/>
        </w:rPr>
        <w:t xml:space="preserve">If applicable, submit a written report </w:t>
      </w:r>
    </w:p>
    <w:p w14:paraId="7CAB7ECF" w14:textId="6A745A69" w:rsidR="00D66821" w:rsidRDefault="00A41E2D">
      <w:r w:rsidRPr="00A122C3">
        <w:rPr>
          <w:bCs/>
        </w:rPr>
        <w:t>D</w:t>
      </w:r>
      <w:r>
        <w:t>oes your project include modifications to the common areas?      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4"/>
    </w:p>
    <w:p w14:paraId="781862E5" w14:textId="70D91278" w:rsidR="00D66821" w:rsidRDefault="00A41E2D">
      <w:pPr>
        <w:spacing w:after="20"/>
      </w:pPr>
      <w:r>
        <w:t>Will the project be visible to other units in the common areas?      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69980175" w14:textId="1D972BC5" w:rsidR="00D66821" w:rsidRDefault="00000000" w:rsidP="00A41E2D">
      <w:pPr>
        <w:spacing w:after="60"/>
      </w:pPr>
      <w:r>
        <w:t>Will you be trenching through any grass areas visible to the associaton members?</w:t>
      </w:r>
      <w:r w:rsidR="00A41E2D">
        <w:rPr>
          <w:b/>
        </w:rPr>
        <w:t xml:space="preserve">     </w:t>
      </w:r>
      <w:r>
        <w:rPr>
          <w:b/>
        </w:rPr>
        <w:t xml:space="preserve"> </w:t>
      </w:r>
      <w:r>
        <w:t>Yes</w:t>
      </w:r>
      <w:r w:rsidR="00A41E2D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="00A41E2D">
        <w:instrText xml:space="preserve"> FORMCHECKBOX </w:instrText>
      </w:r>
      <w:r w:rsidR="00A41E2D">
        <w:fldChar w:fldCharType="separate"/>
      </w:r>
      <w:r w:rsidR="00A41E2D">
        <w:fldChar w:fldCharType="end"/>
      </w:r>
      <w:bookmarkEnd w:id="5"/>
      <w:r>
        <w:t xml:space="preserve"> No</w:t>
      </w:r>
      <w:r w:rsidR="00A41E2D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="00A41E2D">
        <w:instrText xml:space="preserve"> FORMCHECKBOX </w:instrText>
      </w:r>
      <w:r w:rsidR="00A41E2D">
        <w:fldChar w:fldCharType="separate"/>
      </w:r>
      <w:r w:rsidR="00A41E2D">
        <w:fldChar w:fldCharType="end"/>
      </w:r>
      <w:bookmarkEnd w:id="6"/>
    </w:p>
    <w:p w14:paraId="077CDA19" w14:textId="77777777" w:rsidR="00D66821" w:rsidRDefault="00000000">
      <w:pPr>
        <w:spacing w:after="60"/>
      </w:pPr>
      <w:r>
        <w:t xml:space="preserve">What steps will be taken to replace any sod removed </w:t>
      </w:r>
      <w:proofErr w:type="gramStart"/>
      <w:r>
        <w:t>as a result of</w:t>
      </w:r>
      <w:proofErr w:type="gramEnd"/>
      <w:r>
        <w:t xml:space="preserve"> your project?</w:t>
      </w:r>
    </w:p>
    <w:p w14:paraId="78F2E3D7" w14:textId="77777777" w:rsidR="00A41E2D" w:rsidRPr="00A32684" w:rsidRDefault="00A41E2D" w:rsidP="00A41E2D">
      <w:pPr>
        <w:rPr>
          <w:bCs/>
        </w:rPr>
      </w:pPr>
      <w:r w:rsidRPr="00A32684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2684">
        <w:rPr>
          <w:bCs/>
        </w:rPr>
        <w:instrText xml:space="preserve"> FORMTEXT </w:instrText>
      </w:r>
      <w:r w:rsidRPr="00A32684">
        <w:rPr>
          <w:bCs/>
        </w:rPr>
      </w:r>
      <w:r w:rsidRPr="00A32684">
        <w:rPr>
          <w:bCs/>
        </w:rPr>
        <w:fldChar w:fldCharType="separate"/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  <w:noProof/>
        </w:rPr>
        <w:t> </w:t>
      </w:r>
      <w:r w:rsidRPr="00A32684">
        <w:rPr>
          <w:bCs/>
        </w:rPr>
        <w:fldChar w:fldCharType="end"/>
      </w:r>
    </w:p>
    <w:p w14:paraId="6B856EA7" w14:textId="77777777" w:rsidR="00A41E2D" w:rsidRDefault="00A41E2D">
      <w:pPr>
        <w:spacing w:after="60"/>
      </w:pPr>
    </w:p>
    <w:p w14:paraId="6F212EFA" w14:textId="04A07BA3" w:rsidR="00D66821" w:rsidRDefault="00000000" w:rsidP="00A41E2D">
      <w:r w:rsidRPr="00A41E2D">
        <w:t xml:space="preserve">Will any trees be removed as a part of your project? </w:t>
      </w:r>
      <w:r w:rsidR="00A41E2D">
        <w:t xml:space="preserve">     Yes</w:t>
      </w:r>
      <w:r w:rsidR="00A41E2D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A41E2D">
        <w:instrText xml:space="preserve"> FORMCHECKBOX </w:instrText>
      </w:r>
      <w:r w:rsidR="00A41E2D">
        <w:fldChar w:fldCharType="separate"/>
      </w:r>
      <w:r w:rsidR="00A41E2D">
        <w:fldChar w:fldCharType="end"/>
      </w:r>
      <w:r w:rsidR="00A41E2D">
        <w:t xml:space="preserve"> No</w:t>
      </w:r>
      <w:r w:rsidR="00A41E2D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A41E2D">
        <w:instrText xml:space="preserve"> FORMCHECKBOX </w:instrText>
      </w:r>
      <w:r w:rsidR="00A41E2D">
        <w:fldChar w:fldCharType="separate"/>
      </w:r>
      <w:r w:rsidR="00A41E2D">
        <w:fldChar w:fldCharType="end"/>
      </w:r>
    </w:p>
    <w:p w14:paraId="67142D2C" w14:textId="265E2C9C" w:rsidR="00D66821" w:rsidRDefault="00000000">
      <w:r w:rsidRPr="00A41E2D">
        <w:rPr>
          <w:b/>
          <w:bCs/>
        </w:rPr>
        <w:t>For all projects:</w:t>
      </w:r>
      <w:r>
        <w:t xml:space="preserve"> Have you included a to scale sketch of your project? </w:t>
      </w:r>
      <w:r w:rsidR="00A41E2D">
        <w:t xml:space="preserve">     Yes</w:t>
      </w:r>
      <w:r w:rsidR="00A41E2D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A41E2D">
        <w:instrText xml:space="preserve"> FORMCHECKBOX </w:instrText>
      </w:r>
      <w:r w:rsidR="00A41E2D">
        <w:fldChar w:fldCharType="separate"/>
      </w:r>
      <w:r w:rsidR="00A41E2D">
        <w:fldChar w:fldCharType="end"/>
      </w:r>
      <w:r w:rsidR="00A41E2D">
        <w:t xml:space="preserve"> No</w:t>
      </w:r>
      <w:r w:rsidR="00A41E2D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A41E2D">
        <w:instrText xml:space="preserve"> FORMCHECKBOX </w:instrText>
      </w:r>
      <w:r w:rsidR="00A41E2D">
        <w:fldChar w:fldCharType="separate"/>
      </w:r>
      <w:r w:rsidR="00A41E2D">
        <w:fldChar w:fldCharType="end"/>
      </w:r>
    </w:p>
    <w:p w14:paraId="3BF3083D" w14:textId="0CB92C43" w:rsidR="00D66821" w:rsidRDefault="00000000">
      <w:r>
        <w:t xml:space="preserve">Have you included a materials list for your project? </w:t>
      </w:r>
      <w:r w:rsidR="00A41E2D">
        <w:t xml:space="preserve">     Yes</w:t>
      </w:r>
      <w:r w:rsidR="00A41E2D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A41E2D">
        <w:instrText xml:space="preserve"> FORMCHECKBOX </w:instrText>
      </w:r>
      <w:r w:rsidR="00A41E2D">
        <w:fldChar w:fldCharType="separate"/>
      </w:r>
      <w:r w:rsidR="00A41E2D">
        <w:fldChar w:fldCharType="end"/>
      </w:r>
      <w:r w:rsidR="00A41E2D">
        <w:t xml:space="preserve"> No</w:t>
      </w:r>
      <w:r w:rsidR="00A41E2D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A41E2D">
        <w:instrText xml:space="preserve"> FORMCHECKBOX </w:instrText>
      </w:r>
      <w:r w:rsidR="00A41E2D">
        <w:fldChar w:fldCharType="separate"/>
      </w:r>
      <w:r w:rsidR="00A41E2D">
        <w:fldChar w:fldCharType="end"/>
      </w:r>
    </w:p>
    <w:p w14:paraId="539B68BE" w14:textId="58FA9CFE" w:rsidR="00D66821" w:rsidRDefault="00000000" w:rsidP="00A41E2D">
      <w:pPr>
        <w:spacing w:after="60"/>
      </w:pPr>
      <w:r>
        <w:t>The above information and the documents included in this application package are</w:t>
      </w:r>
      <w:r w:rsidR="00A41E2D">
        <w:t xml:space="preserve"> </w:t>
      </w:r>
      <w:r w:rsidRPr="00A41E2D">
        <w:t>complete and accurate to the best of my knowledge.</w:t>
      </w:r>
    </w:p>
    <w:p w14:paraId="678A5F5A" w14:textId="3F4924D9" w:rsidR="00D66821" w:rsidRDefault="001351E0">
      <w:pPr>
        <w:spacing w:after="20"/>
      </w:pPr>
      <w:r>
        <w:t>Date:</w:t>
      </w:r>
      <w:r w:rsidR="00A122C3">
        <w:t xml:space="preserve">    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1BDD179C" w14:textId="77777777" w:rsidR="00D66821" w:rsidRDefault="00D66821">
      <w:pPr>
        <w:spacing w:after="20"/>
      </w:pPr>
    </w:p>
    <w:p w14:paraId="6AEDD728" w14:textId="2371C2E5" w:rsidR="001351E0" w:rsidRDefault="001351E0" w:rsidP="001351E0">
      <w:pPr>
        <w:tabs>
          <w:tab w:val="left" w:pos="8640"/>
        </w:tabs>
        <w:spacing w:after="20"/>
      </w:pPr>
      <w:r>
        <w:t>Signature:</w:t>
      </w:r>
      <w:r w:rsidRPr="001351E0">
        <w:rPr>
          <w:u w:val="single"/>
        </w:rPr>
        <w:tab/>
      </w:r>
    </w:p>
    <w:p w14:paraId="4F4020F1" w14:textId="77777777" w:rsidR="001351E0" w:rsidRDefault="001351E0" w:rsidP="001351E0">
      <w:pPr>
        <w:tabs>
          <w:tab w:val="left" w:pos="8640"/>
        </w:tabs>
        <w:rPr>
          <w:b/>
        </w:rPr>
      </w:pPr>
    </w:p>
    <w:p w14:paraId="0BDF89E7" w14:textId="74177DFB" w:rsidR="00D66821" w:rsidRDefault="00000000" w:rsidP="001351E0">
      <w:pPr>
        <w:tabs>
          <w:tab w:val="left" w:pos="8640"/>
        </w:tabs>
      </w:pPr>
      <w:r>
        <w:rPr>
          <w:b/>
        </w:rPr>
        <w:t>Board of Directors / ACC Requirements:</w:t>
      </w:r>
      <w:r w:rsidR="001351E0" w:rsidRPr="001351E0">
        <w:t xml:space="preserve"> </w:t>
      </w:r>
      <w:r w:rsidR="001351E0">
        <w:fldChar w:fldCharType="begin">
          <w:ffData>
            <w:name w:val="Text2"/>
            <w:enabled/>
            <w:calcOnExit w:val="0"/>
            <w:textInput/>
          </w:ffData>
        </w:fldChar>
      </w:r>
      <w:r w:rsidR="001351E0">
        <w:instrText xml:space="preserve"> FORMTEXT </w:instrText>
      </w:r>
      <w:r w:rsidR="001351E0">
        <w:fldChar w:fldCharType="separate"/>
      </w:r>
      <w:r w:rsidR="001351E0">
        <w:rPr>
          <w:noProof/>
        </w:rPr>
        <w:t> </w:t>
      </w:r>
      <w:r w:rsidR="001351E0">
        <w:rPr>
          <w:noProof/>
        </w:rPr>
        <w:t> </w:t>
      </w:r>
      <w:r w:rsidR="001351E0">
        <w:rPr>
          <w:noProof/>
        </w:rPr>
        <w:t> </w:t>
      </w:r>
      <w:r w:rsidR="001351E0">
        <w:rPr>
          <w:noProof/>
        </w:rPr>
        <w:t> </w:t>
      </w:r>
      <w:r w:rsidR="001351E0">
        <w:rPr>
          <w:noProof/>
        </w:rPr>
        <w:t> </w:t>
      </w:r>
      <w:r w:rsidR="001351E0">
        <w:fldChar w:fldCharType="end"/>
      </w:r>
    </w:p>
    <w:p w14:paraId="181BA75A" w14:textId="77777777" w:rsidR="001351E0" w:rsidRDefault="001351E0" w:rsidP="001351E0">
      <w:pPr>
        <w:tabs>
          <w:tab w:val="left" w:pos="8640"/>
        </w:tabs>
        <w:spacing w:after="60"/>
      </w:pPr>
    </w:p>
    <w:p w14:paraId="19BA084F" w14:textId="455DE6F9" w:rsidR="00D66821" w:rsidRDefault="00000000" w:rsidP="001351E0">
      <w:pPr>
        <w:tabs>
          <w:tab w:val="left" w:pos="8640"/>
        </w:tabs>
        <w:spacing w:after="60"/>
      </w:pPr>
      <w:r>
        <w:t xml:space="preserve">APPROVED </w:t>
      </w:r>
      <w:r w:rsidR="001351E0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 w:rsidR="001351E0">
        <w:instrText xml:space="preserve"> FORMCHECKBOX </w:instrText>
      </w:r>
      <w:r w:rsidR="001351E0">
        <w:fldChar w:fldCharType="separate"/>
      </w:r>
      <w:r w:rsidR="001351E0">
        <w:fldChar w:fldCharType="end"/>
      </w:r>
      <w:bookmarkEnd w:id="8"/>
      <w:r w:rsidR="001351E0">
        <w:t xml:space="preserve">     </w:t>
      </w:r>
      <w:r>
        <w:t>DENIED</w:t>
      </w:r>
      <w:r w:rsidR="001351E0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 w:rsidR="001351E0">
        <w:instrText xml:space="preserve"> FORMCHECKBOX </w:instrText>
      </w:r>
      <w:r w:rsidR="001351E0">
        <w:fldChar w:fldCharType="separate"/>
      </w:r>
      <w:r w:rsidR="001351E0">
        <w:fldChar w:fldCharType="end"/>
      </w:r>
      <w:bookmarkEnd w:id="9"/>
    </w:p>
    <w:p w14:paraId="4DFC25E6" w14:textId="64913387" w:rsidR="001351E0" w:rsidRDefault="001351E0" w:rsidP="001351E0">
      <w:pPr>
        <w:tabs>
          <w:tab w:val="left" w:pos="8640"/>
        </w:tabs>
        <w:spacing w:after="20"/>
      </w:pPr>
      <w:r>
        <w:t>Board of Director Signature:</w:t>
      </w:r>
      <w:r w:rsidRPr="001351E0">
        <w:rPr>
          <w:u w:val="single"/>
        </w:rPr>
        <w:tab/>
      </w:r>
    </w:p>
    <w:p w14:paraId="194510C9" w14:textId="77777777" w:rsidR="00D66821" w:rsidRDefault="00D66821">
      <w:pPr>
        <w:spacing w:after="20"/>
      </w:pPr>
    </w:p>
    <w:p w14:paraId="2B94E9FC" w14:textId="63CD3563" w:rsidR="00D66821" w:rsidRPr="001351E0" w:rsidRDefault="00000000">
      <w:pPr>
        <w:rPr>
          <w:bCs/>
        </w:rPr>
      </w:pPr>
      <w:r w:rsidRPr="001351E0">
        <w:rPr>
          <w:bCs/>
        </w:rPr>
        <w:t>ACC Member's signature</w:t>
      </w:r>
      <w:r w:rsidR="001351E0" w:rsidRPr="001351E0">
        <w:rPr>
          <w:bCs/>
        </w:rPr>
        <w:t xml:space="preserve"> </w:t>
      </w:r>
      <w:r w:rsidRPr="001351E0">
        <w:rPr>
          <w:bCs/>
        </w:rPr>
        <w:t>Date</w:t>
      </w:r>
      <w:r w:rsidR="001351E0" w:rsidRPr="001351E0">
        <w:rPr>
          <w:bCs/>
        </w:rPr>
        <w:t>:</w:t>
      </w:r>
      <w:r w:rsidR="00A122C3">
        <w:rPr>
          <w:bCs/>
        </w:rPr>
        <w:t xml:space="preserve">    </w:t>
      </w:r>
      <w:r w:rsidR="001351E0" w:rsidRPr="001351E0">
        <w:rPr>
          <w:bCs/>
        </w:rPr>
        <w:t xml:space="preserve"> </w:t>
      </w:r>
      <w:r w:rsidR="001351E0" w:rsidRPr="001351E0">
        <w:rPr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351E0" w:rsidRPr="001351E0">
        <w:rPr>
          <w:bCs/>
        </w:rPr>
        <w:instrText xml:space="preserve"> FORMTEXT </w:instrText>
      </w:r>
      <w:r w:rsidR="001351E0" w:rsidRPr="001351E0">
        <w:rPr>
          <w:bCs/>
        </w:rPr>
      </w:r>
      <w:r w:rsidR="001351E0" w:rsidRPr="001351E0">
        <w:rPr>
          <w:bCs/>
        </w:rPr>
        <w:fldChar w:fldCharType="separate"/>
      </w:r>
      <w:r w:rsidR="001351E0" w:rsidRPr="001351E0">
        <w:rPr>
          <w:bCs/>
          <w:noProof/>
        </w:rPr>
        <w:t> </w:t>
      </w:r>
      <w:r w:rsidR="001351E0" w:rsidRPr="001351E0">
        <w:rPr>
          <w:bCs/>
          <w:noProof/>
        </w:rPr>
        <w:t> </w:t>
      </w:r>
      <w:r w:rsidR="001351E0" w:rsidRPr="001351E0">
        <w:rPr>
          <w:bCs/>
          <w:noProof/>
        </w:rPr>
        <w:t> </w:t>
      </w:r>
      <w:r w:rsidR="001351E0" w:rsidRPr="001351E0">
        <w:rPr>
          <w:bCs/>
          <w:noProof/>
        </w:rPr>
        <w:t> </w:t>
      </w:r>
      <w:r w:rsidR="001351E0" w:rsidRPr="001351E0">
        <w:rPr>
          <w:bCs/>
          <w:noProof/>
        </w:rPr>
        <w:t> </w:t>
      </w:r>
      <w:r w:rsidR="001351E0" w:rsidRPr="001351E0">
        <w:rPr>
          <w:bCs/>
        </w:rPr>
        <w:fldChar w:fldCharType="end"/>
      </w:r>
    </w:p>
    <w:sectPr w:rsidR="00D66821" w:rsidRPr="001351E0" w:rsidSect="00A122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8408063">
    <w:abstractNumId w:val="8"/>
  </w:num>
  <w:num w:numId="2" w16cid:durableId="1042050676">
    <w:abstractNumId w:val="6"/>
  </w:num>
  <w:num w:numId="3" w16cid:durableId="1954746038">
    <w:abstractNumId w:val="5"/>
  </w:num>
  <w:num w:numId="4" w16cid:durableId="647051705">
    <w:abstractNumId w:val="4"/>
  </w:num>
  <w:num w:numId="5" w16cid:durableId="1531532738">
    <w:abstractNumId w:val="7"/>
  </w:num>
  <w:num w:numId="6" w16cid:durableId="2048480696">
    <w:abstractNumId w:val="3"/>
  </w:num>
  <w:num w:numId="7" w16cid:durableId="919412429">
    <w:abstractNumId w:val="2"/>
  </w:num>
  <w:num w:numId="8" w16cid:durableId="18431483">
    <w:abstractNumId w:val="1"/>
  </w:num>
  <w:num w:numId="9" w16cid:durableId="11626237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ocumentProtection w:edit="forms" w:enforcement="1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7AA"/>
    <w:rsid w:val="001351E0"/>
    <w:rsid w:val="0015074B"/>
    <w:rsid w:val="0018085F"/>
    <w:rsid w:val="001954E7"/>
    <w:rsid w:val="002128D5"/>
    <w:rsid w:val="0029639D"/>
    <w:rsid w:val="00326F90"/>
    <w:rsid w:val="00A122C3"/>
    <w:rsid w:val="00A21799"/>
    <w:rsid w:val="00A32684"/>
    <w:rsid w:val="00A41E2D"/>
    <w:rsid w:val="00A44752"/>
    <w:rsid w:val="00AA1D8D"/>
    <w:rsid w:val="00AD1A05"/>
    <w:rsid w:val="00B47730"/>
    <w:rsid w:val="00CB0664"/>
    <w:rsid w:val="00D66821"/>
    <w:rsid w:val="00E748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F75BDD"/>
  <w14:defaultImageDpi w14:val="300"/>
  <w15:docId w15:val="{23B78783-EDE1-D94F-A334-90B2D3DB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1324</Characters>
  <Application>Microsoft Office Word</Application>
  <DocSecurity>0</DocSecurity>
  <Lines>52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kelly basfield</cp:lastModifiedBy>
  <cp:revision>10</cp:revision>
  <dcterms:created xsi:type="dcterms:W3CDTF">2026-08-22T23:15:00Z</dcterms:created>
  <dcterms:modified xsi:type="dcterms:W3CDTF">2026-08-22T23:45:00Z</dcterms:modified>
  <cp:category/>
</cp:coreProperties>
</file>